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שקט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הבנת הקטע "שקט" (שיר),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(ז׳–ט׳)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https://masa-pnima-horef.sites.tab.bot/p11.html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רעיון מרכזי: יש שקט רך שמאפשר לנשום, להיות עצמנו ולחזור לעולם מסודרים יותר.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שקט מפחיד ושקט 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סופרים נשימות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מסודרים יותר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למסדרון ריק בלילה.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 הגשם מדבר עם הגג, את הלב פוסע, את המחשבות מתיישבות.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"אין צורך להספיק".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בשקט אפשר להיות אנחנו עצמנו, בלי להעמיד פנים ובלי לרצות אחרים.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 השקט מרגישים רעננות וסדר פנימי, כמו אוויר צח שנכנס לחדר.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– השקט הנעים מושווה לצעיף חם ורך.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 – לגשם ניתנה פעולה אנושית – דיבור.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 – החזרה על "אין צורך" יוצרת תחושת הקלה ושחרור.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 אישי + הערכה.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ו׳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תוכן אישי ורלוונטי, מבנה (פתיחה–אמצע–סיום), שימוש באמצעי ציורי אחד לפחות, לשון תקינה.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🤫 שקט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שקט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יש שקט שמפחיד,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כמו מסדרון ריק בלילה.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ויש שקט אחר,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רך כמו צעיף צמר.</w:t>
      </w:r>
    </w:p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בשקט הזה אפשר לשמוע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את הגשם מדבר עם הגג,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את הלב פוסע לאט,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את המחשבות מתיישבות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כמו ציפורים על חוט.</w:t>
      </w:r>
    </w:p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בשקט הזה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אין צורך לענות,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אין צורך להספיק,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אין צורך להיות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מישהו אחר.</w:t>
      </w:r>
    </w:p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רק לשבת,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לנשום פנימה – אחת, שתיים, שלוש,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לנשום החוצה – ארבע, חמש, שש,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ולתת לעולם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לחכות רגע.</w:t>
      </w:r>
    </w:p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וכשחוזרים מן השקט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אל הרעש של היום,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בנו מסודר יותר,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כמו חדר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אחרי שפתחו בו חלון.</w:t>
      </w:r>
    </w:p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איתור והבנה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הנכונה, וענו במשפט שלם.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אילו שני סוגי שקט יש בשיר?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שקט מפחיד ושקט 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שקט חם ושקט קר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שקט של בוקר ושל ערב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עושים בבית הרביעי?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רצים בחוץ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סופרים נשימות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שרים שיר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איך מרגישים אחרי השקט, לפי השיר?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מבולבלים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מסודרים יותר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עצובים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למה מושווה השקט המפחיד?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מה אפשר לשמוע בשקט הרך? ציינו שניים.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 במשבצת המתאימה. אם המשפט לא נכון – תקנו אותו בעל־פה או בשורה מתחת.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השקט הרך מושווה לצעיף צמר.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בשקט הזה צריך להספיק הרבה.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בשיר סופרים עד שש.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בשניים–שלושה משפטים. הביאו ראיה מהקטע.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פירוש "אין צורך להיות מישהו אחר"?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מתאר הדימוי "כמו חדר אחרי שפתחו בו חלון"?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לשון ציורית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לכל ביטוי כתבו את סוג האמצעי (דימוי / מטאפורה / האנשה / ניגוד / חזרה) ומה הוא מוסיף לקטע.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הביטוי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סוג האמצעי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הוא מוסיף?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רך כמו צעיף צמר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 הגשם מדבר עם הגג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אין צורך לענות, אין צורך להספיק, אין צורך להיות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הערכה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הביעו עמדה ונמקו.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נסו את תרגיל הנשימה מהבית הרביעי. האם הוא עזר לכם? תארו מה הרגשתם.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המסע שלי פנימה ✍️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תארו מקום שקט שלכם (אמיתי או דמיוני): מה שומעים בו, מה מרגישים בו, ואיך יוצאים ממנו.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6–10 שורות.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השתמשו לפחות בדימוי אחד או בהאנשה אחת.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אין צורך לשתף – הכתיבה שלכם.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שקט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