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שלולית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🎯 מטרה: הבנת הקטע "שלולית" (סיפור קצר), זיהוי לשון ציורית, פרשנות וכתיבה רפלקטיבית: "המסע שלי פנימה".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⏱️ זמן מומלץ: 30 דקות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👥 מסלול: חנ״מ · חנ״מ – גרסה מונגשת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🔗 הפעילות באתר: https://masa-pnima-horef.sites.tab.bot/p12.html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רעיון מרכזי: עצירה והסתכלות מכיוון אחר עוזרות לראות את עצמנו; אחרי סערה, בהירות חוזרת. מומלץ להקריא את הקטע בקול לפני העבודה.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תזכורת עדינה: בדף זה אין תשובות נכונות או לא נכונות על הרגשות שלנו. שיתוף הוא תמיד מרצון. אם עולה משהו כבד – אפשר לפנות למבוגר או למבוגרת שסומכים עליהם.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בגרסה זו: פחות פריטים, בנק מילים, אותיות גדולות. אפשר להקריא כל שאלה בקול.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אין צורך במגבלת זמן; מומלץ לעבוד חלק אחר חלק.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 – שירה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 – את עצמו, אבל הפוך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כשמחכים קצת, הכול חוזר להיות ברור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לא 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לא 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מים שנשארים על האדמה אחרי גשם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ג – הלכו מסביב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 – זז לאט, כמו סירה על מים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משפטים שלמים הקשורים לנושא; ציור עם כותרת מתקבל.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💧 שלולית – דף תרגול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📖 שלולית (גרסה פשוטה)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אחרי הגשם יש שלולית גדולה בחצר.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כל התלמידים קופצים מעליה. רק שירה עוצרת ומסתכלת.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במים היא רואה את השמיים ואת עצמה.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דניאל שואל: "מה את עושה?" שירה אומרת: "תראה, השמיים למטה!"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דניאל זורק אבן. התמונה במים מתפזרת.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הם מחכים. המים נרגעים, והתמונה חוזרת.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שירה אומרת: "כשמחכים קצת – הכול חוזר להיות ברור."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🧺 בנק מילים – אפשר להיעזר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בנק מילים: שלולית  |  עקפו  |  שט  |  פרעה  |  השתקפות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בוחרים תשובה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הקיפו את התשובה הנכונה. אפשר לבקש שיקריאו לכם.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1. מי עצרה ליד השלולית?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המורה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שירה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2. מה ראה דניאל בשלולית?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דג קטן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את עצמו, אבל הפוך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3. מה המסר של שירה?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כשמחכים קצת, הכול חוזר להיות ברור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אסור לזרוק אבנים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נכון או לא נכון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סמנו ✓.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השלולית נשארה אחרי שלושה ימי גשם.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דניאל רץ למגרש בלי להסתכל לאחור.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ההשתקפות לא חזרה אחרי זריקת האבן.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מילה ופירוש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מתחו קו או כתבו את האות המתאימה.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שלולית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א. מים שנשארים על האדמה אחרי גשם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עקפו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ב. זז לאט, כמו סירה על מים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שט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ג. הלכו מסביב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המסע שלי פנימה ✍️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דמיינו שאתם מסתכלים בשלולית. מה הייתם רואים בה על עצמכם – מבחוץ ומבפנים? כתבו פסקה.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אפשר לכתוב 3–4 משפטים או לצייר ולהוסיף משפט.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אפשר להתחיל כך: "פעם אחת אני..."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משפט אחד מהקטע שאני לוקח/ת איתי: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מילה אחת שמתארת איך הרגשתי בקריאה: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שלולית – דף תרגול (חנ״מ)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