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שלולית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הבנת הקטע "שלולית" (סיפור קצר),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עולים חדשים – עברית פשוטה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https://masa-pnima-horef.sites.tab.bot/p12.html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מרכזי: עצירה והסתכלות מכיוון אחר עוזרות לראות את עצמנו; אחרי סערה, בהירות חוזרת.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מים שנשארים על האדמה אחרי גשם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הלכו מסביב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זז לאט, כמו סירה על 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בלגנה את השיער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תמונה שרואים במים או במראה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שירה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את עצמו, אבל הפוך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כשמחכים קצת, הכול חוזר להיות ברור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הוא הציץ שוב בשלולית לפני שהסתובב.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המים נרגעו והתמונה חזרה, שלמה.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קפצו מעליה או עקפו אותה בריצה.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3–5 משפטים פשוטים, שימוש במילה אחת לפחות מהמילון.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💧 שלולית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שלולית (גרסה פשוטה)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אחרי הגשם יש שלולית גדולה בחצר.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 התלמידים קופצים מעליה. רק שירה עוצרת ומסתכלת.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במים היא רואה את השמיים ואת עצמה.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דניאל שואל: "מה את עושה?" שירה אומרת: "תראה, השמיים למטה!"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דניאל זורק אבן. התמונה במים מתפזרת.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הם מחכים. המים נרגעים, והתמונה חוזרת.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שירה אומרת: "כשמחכים קצת – הכול חוזר להיות ברור."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שלולית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מים שנשארים על האדמה אחרי גשם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עקפו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↪️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הלכו מסביב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☁️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זז לאט, כמו סירה על 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פרעה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בלגנה את השיער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השתקפות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🪞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תמונה שרואים במים או במראה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התפזרה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התפרקה לחלקים קטנים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מילה לפירוש.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שלולית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זז לאט, כמו סירה על מים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עקפו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בלגנה את השיער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מים שנשארים על האדמה אחרי גשם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תמונה שרואים במים או במראה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השתקפות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הלכו מסביב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הבנת הקטע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עצרה ליד השלולית?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המורה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כל התלמידים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ראה דניאל בשלולית?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דג קטן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את עצמו, אבל הפוך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מטבע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המסר של שירה?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אסור לזרוק אבנים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כשמחכים קצת, הכול חוזר להיות ברור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צריך לרוץ מהר למגרש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השלולית נשארה אחרי שלושה ימי גשם.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דניאל רץ למגרש בלי להסתכל לאחור.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ההשתקפות לא חזרה אחרי זריקת האבן.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שאלה פתוחה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במשפט אחד או שניים.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עשו רוב התלמידים כשראו את השלולית?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דמיינו שאתם מסתכלים בשלולית. מה הייתם רואים בה על עצמכם – מבחוץ ומבפנים? כתבו פסקה.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להתחיל: "אני מרגיש/ה ש..." / "פעם אחת..." / "אני לומד/ת ש..."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מותר לכתוב מילים בשפת האם ולהוסיף בעברית.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שלולית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