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שלולית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הבנת הקטע "שלולית" (סיפור קצר), זיהוי לשון ציורית, פרשנות וכתיבה רפלקטיבית: "המסע שלי פנימה".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 (ז׳–ט׳)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https://masa-pnima-horef.sites.tab.bot/p12.html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רעיון מרכזי: עצירה והסתכלות מכיוון אחר עוזרות לראות את עצמנו; אחרי סערה, בהירות חוזרת. מומלץ להקריא את הקטע בקול לפני העבודה.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תזכורת עדינה: בדף זה אין תשובות נכונות או לא נכונות על הרגשות שלנו. שיתוף הוא תמיד מרצון. אם עולה משהו כבד – אפשר לפנות למבוגר או למבוגרת שסומכים עליהם.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שירה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את עצמו, אבל הפוך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כשמחכים קצת, הכול חוזר להיות ברור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קפצו מעליה או עקפו אותה בריצה.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ההשתקפות התפזרה לאלף חתיכות, ואחרי שחיכו – חזרה שלמה.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הוא הציץ שוב בשלולית לפני שהסתובב.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המים נרגעו והתמונה חזרה, שלמה.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לפעמים כדאי לשנות נקודת מבט – לראות מצב או את עצמנו בדרך חדשה.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רגשות או מחשבות סוערים; אם מחכים ונרגעים – הבהירות חוזרת.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מטאפורה – הענן "שט" כמו סירה – בלי מילת דימוי.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מטאפורה – "כיוון אחר" = נקודת מבט חדשה, לא רק כיוון במקום.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ניגוד – למעלה ולמטה מתחלפים – הסתכלות מכיוון אחר.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עמדה + נימוק מהסיפור + דוגמה.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ו׳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תוכן אישי ורלוונטי, מבנה (פתיחה–אמצע–סיום), שימוש באמצעי ציורי אחד לפחות, לשון תקינה.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💧 שלולית – דף תרגול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📖 שלולית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אחרי שלושה ימי גשם יצאה סוף סוף השמש, ובחצר בית הספר נשארה שלולית גדולה. רוב התלמידים קפצו מעליה או עקפו אותה בריצה בדרך למגרש. רק שירה עצרה.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במים העומדים ראתה את השמיים: ענן לבן שט לאט, ציפור חלפה, ענף של עץ הזית רעד ברוח. ואז ראתה גם את עצמה – פנים קצת עייפות, שיער שהרוח פרעה, ועיניים שמסתכלות בחזרה בסקרנות.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"מה את עושה?" שאל דניאל, שעצר לידה עם הכדור.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"מסתכלת," ענתה שירה. "תראה, בשלולית השמיים נמצאים למטה."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דניאל התכופף. לרגע שתק. "מוזר," אמר. "אני רואה את עצמי, אבל הפוך."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"אולי ככה צריך לפעמים," אמרה שירה. "להסתכל על הדברים מכיוון אחר."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דניאל זרק אבן קטנה למים. ההשתקפות התפזרה לאלף חתיכות. השניים חיכו. לאט לאט המים נרגעו, והתמונה חזרה, שלמה.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"ראית?" אמרה שירה בשקט. "גם כשהכול מתערבב, אם מחכים קצת – זה חוזר להיות ברור."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הצלצול נשמע. דניאל רץ למגרש, אבל לפני שהסתובב הציץ שוב בשלולית, כאילו רצה לזכור משהו. ושירה חייכה אל הילדה שבמים, והילדה חייכה אליה בחזרה.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איתור והבנה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הנכונה, וענו במשפט שלם.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מי עצרה ליד השלולית?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שירה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המורה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כל התלמידים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ראה דניאל בשלולית?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דג קטן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את עצמו, אבל הפוך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מטבע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המסר של שירה?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אסור לזרוק אבנים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כשמחכים קצת, הכול חוזר להיות ברור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צריך לרוץ מהר למגרש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מה עשו רוב התלמידים כשראו את השלולית?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מה קרה כשדניאל זרק אבן?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✓ במשבצת המתאימה. אם המשפט לא נכון – תקנו אותו בעל־פה או בשורה מתחת.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השלולית נשארה אחרי שלושה ימי גשם.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דניאל רץ למגרש בלי להסתכל לאחור.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ההשתקפות לא חזרה אחרי זריקת האבן.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פרשנות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ענו בשניים–שלושה משפטים. הביאו ראיה מהקטע.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פירוש דבריה של שירה: "להסתכל על הדברים מכיוון אחר"?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מסמלת ההשתקפות שהתפזרה וחזרה?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לשון ציורית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לכל ביטוי כתבו את סוג האמצעי (דימוי / מטאפורה / האנשה / ניגוד / חזרה) ומה הוא מוסיף לקטע.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הביטוי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סוג האמצעי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הוא מוסיף?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ענן לבן שט לאט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להסתכל על הדברים מכיוון אחר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בשלולית השמיים נמצאים למטה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הערכה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הביעו עמדה ונמקו.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האם לדעתכם טוב "לעצור ליד השלולית" כשכולם רצים? נמקו מתוך הסיפור ומחייכם.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ו׳ – המסע שלי פנימה ✍️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דמיינו שאתם מסתכלים בשלולית. מה הייתם רואים בה על עצמכם – מבחוץ ומבפנים? כתבו פסקה.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כתבו 6–10 שורות.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השתמשו לפחות בדימוי אחד או בהאנשה אחת.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אין צורך לשתף – הכתיבה שלכם.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משפט אחד מהקטע שאני לוקח/ת איתי: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אחת שמתארת איך הרגשתי בקריאה: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שלולית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