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גחלת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"גחלת"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https://masa-pnima-horef.sites.tab.bot/p13.html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גם כשנדמה שהאש כבתה, נשארת בנו גחלת; בעדינות ובסבלנות אפשר להחיות אותה.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האש חוזרת לחיים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למדורה שכבתה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לחזור לעצמנו בצעדים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חתיכת עץ בוערת בלי להבה, אדומה וחמה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האש הגבוהה שזזה במדורה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האבקה האפורה שנשארת אחרי שריפה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🔥 גחלת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גחלת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אחרי מדורה נשארות גחלים. הן אדומות וחמות.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נשיפה קטנה – והאש חוזרת.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לפעמים אנחנו מרגישים כמו מדורה שכבתה: אין כוח, הכול אפור.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השמחה שלנו לא נעלמה. היא כמו גחלת – חמה, בפנים.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עוזר? שיחה טובה, שיר, הליכה, שינה.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לא צריך הכול בבת אחת. צעד קטן היום, ועוד אחד מחר.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גחלת  |  להבות  |  אפר  |  נשיפה  |  התלהבות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קורה כשנושפים בעדינות על גחלת?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האש חוזרת לחיים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היא נכבית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למה משווה הקטע אדם עייף וחסר כוח?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לשמש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למדורה שכבתה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הקטע מציע?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לעשות הכול בבת אחת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לחזור לעצמנו בצעדים קטנים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גחלים שומרות על חום רק דקה אחת.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לפי הקטע, שינה טובה יכולה להיות "נשיפה".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כדאי לשפוך הרבה עצים על גחלת בבת אחת.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גחלת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האבקה האפורה שנשארת אחרי שריפה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חתיכת עץ בוערת בלי להבה, אדומה וחמה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האש הגבוהה שזזה במדורה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הגחלת שלכם: מה בוער בכם בשקט, ומה עוזר לכם "לנשוף" עליה כשהכוח נחלש.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גחלת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